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ז׳: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 יחידות המסע ואת היצירות המרכזיות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סוגה (סיפור קצר, סיפור עם, בלדה) ולהשתמש במונחים ספרותיים 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מודרגת: מידע, פרשנות והערכה, כפי שמוצע במסלול הרגיל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יצירות מאותה יחידה ולהביע עמדה בכתיבה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פתיחה למסע: קוראים וכלים ספרותיים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שפועל בסיפור ומניע את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(הקול שמספר לנו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(רצף האירועים שקורים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(הרגע המתוח והחשוב ביותר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פתיחה למסע: קוראים וכלים ספרותיים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תמיד משתמש במילת דימוי, לעומת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נקודת התצפית היא הזווית שממנה מסופר הסיפור, לא זהות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פתיחה למסע: קוראים וכלים ספרותיים – זיהוי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פתיחה למסע: קוראים וכלים ספרותיים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הקצר – הכרת היצירות והסוגה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 עליכם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רוסיה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הקצר – בדיקת 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הקצר מתמקד במספר קטן של דמויות ובאירוע מרכזי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בשלושת הסיפורים נקודת התצפית היא של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הקצר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 הנרי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הסיפור העממי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סיפור עם עבר מפה לאוזן במשך דורות, השתנה בדרך, וקיבל גרסאות רבות - ולכן אין לו מחבר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עשיר קמצן, עני תמים או מלך - כל דמות מסמלת בעיקר תכונה אחת.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הסיפור העממי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כמו 'היה היו' בלי זמן ומקום מסוימים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יצחק לייב פרץ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הסיפור העממי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(סיפור עם אמנותי)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הסיפור העממי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בלדות ורומנסות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שיר שמספר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סוף טרגי ואווירה קודרת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בלדות ורומנסות – התאמות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(בלדה סקוטית עממית)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(שאול טשרניחובסקי)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(יוהאן וולפגנג פון גתה)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בלדות ורומנסות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פזמון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בלדות ורומנסות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שירה, שואה וגבורה, מאבק וזיכרון – היכרות עם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זאת השאלה הגדולה של יחידת השירה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זאת השאלה הגדולה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ביחידת השירה יש חמש 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שירה, שואה וגבורה, מאבק וזיכרון – מושגים וכלים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שירה, שואה וגבורה, מאבק וזיכרון – מונחים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(צלילים דומים בסוף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(השוואה בעזרת מילה כמו 'כמו' או 'כאילו')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(ייחוס תכונות אדם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שירה, שואה וגבורה, מאבק וזיכרון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שם יצירה + שם יחידה + הבדל מדויק אחד (למשל סוגה, דמויות, סוף)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'הפיקדון' או 'שלוש הטבעות' כדוגמה לסיפור עם אמנותי, מול 'העלמה החכמה והמלך' כדוגמה לסיפור עם עממי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שימוש נכון במונחים מהמונחון, לא רק תיאור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ששת הפרקים לאורך כמה שיעורים – פרק אחד או שניים בכל פעם, בהתאם לקצב הלמידה של היצירות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עם תלמידים במסלול חנ״מ מומלץ לפשט את שאלות ההשוואה ולהוסיף תשובה לדוגמה אחת כעזר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להקדים לכל פרק רשימת מילות קישור קצרה ולעודד תשובות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פרק המונחים (פרק 1) כחזרה קבועה לפני כל יחידה חדשה, כדי לבסס את אוצר המושגים לאורך השנה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ז׳: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פרקים, לפי סדר יחידות המסע באתר. עברו פרק אחר פרק, ענו על השאלות לפי סדר העלייה בקושי, והיעזרו במונחון שבסוף החוברת בכל פעם שנתקלתם במושג לא מוכר.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דובר  ·  דימוי  ·  דיאלוג  ·  שטוחות  ·  פזמון  ·  או הנרי  ·  שיא  ·  דמויות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פתיחה למסע: קוראים וכלים ספרותיים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הקול שמספר לנו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שפועל בסיפור ומניע את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הרגע המתוח והחשוב ביותר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רצף האירועים שקורים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פתיחה למסע: קוראים וכלים ספרותיים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דימוי הוא השוואה בין שני דברים באמצעות מילה כמו "כמו" או "כ-"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נקודת התצפית היא תמיד זהה לשם הסופר שכתב את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פתיחה למסע: קוראים וכלים ספרותיים – זיהוי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הרגע המתוח ביותר בעלילה, שבו המתח מגיע לשיאו,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פתיחה למסע: קוראים וכלים ספרותיים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"הוא רץ מהר כמו ציפור" יש: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הסיפור הקצר – הכרת היצירות והסוגה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הסיפור 'בעיני 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יהודה בורלא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ארץ מתרחש הסיפור 'ואנקה'?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ארצות הברית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הסיפור הקצר – בדיקת 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הקצר מתמקד בדרך כלל בדמויות רבות ובעלילה מסועפת לאורך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בסיפורים 'בעיני ילד', 'בשל תפוחים' ו'ואנקה' המספר הוא ילד שרואה את עולם המבוגרים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הסיפור הקצר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הסיפור הקצר מתמקד באירוע מרכזי אחד ובמספר קטן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 הסיפור 'מקץ עשרים שנה' כתב הסופר האמריקאי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הסיפור העממי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עם הוא סיפור שנכתב פעם אחת על ידי מחבר אחד וכך נשאר לנצח בלי שינוי.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בסיפורי עם הדמויות הן בדרך כלל שטוחות, ומייצגות תכונה בולטת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הסיפור העממי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פתיחה קבועה בסיפור 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מדעי מדויק עם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כמו 'היה היו' בלי זמן ומקום מסוימים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ציטוט משיר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כתב את הסיפור 'הפיקדון'?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ג'ובני בוקצ'ו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יצחק לייב פרץ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הסיפור העממי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השייח' הפיקח מוציא לאור משפט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גראם פחות גראם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סיפור עם אמנותי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סיפור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הפיקדון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סיפור 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הסיפור העממי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בסיפורי עם יש בדרך כלל דמויות __________ שמייצגות תכונה אחת, כמו עשיר קמצן או עני תמים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בלדות ורומנסות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בלדה לפי ההגדרה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שמספר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בלי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בלי חרוזים ובלי מקצב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בדרך כלל את סוף הבלדה?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סוף שמח ומפתיע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סוף טרגי ואווירה קודרת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בה סוף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בלדות ורומנסות – התאמות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שלושה בני עורב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שאול טשרניחובסקי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בעין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יוהאן וולפגנג פון גתה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שר היער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בלדה סקוטית עממית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בלדות ורומנסות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בבלדה הסיפור מתקדם בעיקר באמצעות __________ בין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חזרות ו__________ עוזרים לזכור את הבלדה ובונים מתח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בלדות ורומנסות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שירה, שואה וגבורה, מאבק וזיכרון – היכרות עם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יחידת השירה עוסקת בשאלה איך שיר קצר יכול להכיל רגש גדול, זיכרון או משאלה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יחידת שואה וגבורה עוסקת בשאלה איך שומרים על קולו של אדם ועל תקוותו גם בתקופה החשוכה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ביחידת השירה יש שבע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שירה, שואה וגבורה, מאבק וזיכרון – מושגים וכלים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יצירות יש ביחידת שואה וגבורה?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כלי שבו מייחסים תכונות של אדם לדבר שאינו אדם, למשל 'הרוח בוכה',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שירה, שואה וגבורה, מאבק וזיכרון – מונחים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השוואה בעזרת מילה כמו 'כמו' או 'כאילו'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ייחוס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צלילים דומים בסוף שורות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שירה, שואה וגבורה, מאבק וזיכרון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כלי שבו משווים דבר לדבר אחר במילה כמו 'כמו'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הדמות שמספרת את השיר ומביעה בו רגש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לציין שתי יצירות משתי יחידות שונות ולהסביר במה הן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 ההבדל בין סיפור עם לסיפור עם אמנותי, עם דוגמה אחת מכל סוג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ז׳: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